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צועדים במסע המורשת: מסע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 התחנות של מסע חשוון ואת הרעיון המרכזי של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ממורשת ישראל: תפילת גשם, פרשות נח ולך לך, דמות רחל אמנו וחג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לחבר בין תכנים קהילתיים-משפחתיים לבין נושאי מורשת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ושיח סביב ערכים כמו אחריות, הכרת תודה, אכפתיות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מר חשוון: חוגגים בעצמנו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יום הולדת של חבר או 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שמחה ביום שעשה 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מר חשוון: חוגגים בעצמנו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לחגוג רגעים אישיים, כמו יום הולדת, הצלחה קטנה או הודיה למישהו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יום טוב יכול להיות סיבה לשמוח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מר חשוון: חוגגים בעצמנו – השלמות והתאמות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מר חשוון: חוגגים בעצמנו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(חגיגה עם שירה ושמחה)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(הצלחה אישית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(יצירתיות ושמחה)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ותן טל ומטר: בקשת הגשם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בתפילה אומרים בחודש חשוון את הבקשה ותן טל ומטר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טל הן טיפות קטנות של הבוקר, ואילו מטר הוא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בלי גשם האדמה והעצים לא יכולים לגדול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רצו להגיע לירושלים ברגל ולחזור הביתה לפני שיתחיל הגשם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ותן טל ומטר: בקשת הגשם – השלמות על עולי הרגל והמים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ותן טל ומטר: בקשת הגשם – חשיבה והרחבה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שיוכלו להגיע הביתה בשלום לפני שהדרכים ייעשו קשות וקרות בגלל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כשמבינים שהגשם הוא ברכה חשובה, לומדים גם שלא נכון לבזבז מים אלא לשמור על כל 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כגון לסגור ברז כשלא צריך, לתקן ברז שמטפטף או לקצר את הזמן במקלחת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טל הן טיפות קטנות שמופיעות בבוקר, ומטר הוא הגשם היורד מהשמיים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נח ולך לך: תיבה, קשת ומסע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השאירו אותו פתוח לכל אורח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הבטחה והתחלה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נח ולך לך: תיבה, קשת ומסע – תרגול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נח ולך לך: תיבה, קשת ומסע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(בנה תיבה מעץ)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(אוהל פתוח לאורחים)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(סימן של הבטחה)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עם עלה זית)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נח ולך לך: תיבה, קשת ומסע – 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 בונה תיבה גדולה מעץ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יורד גשם חזק ארבעים יום וארבעים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התיבה שטה על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נח שולח יונה שחוזרת עם עלה 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כולם יוצאים מהתיבה ומופיעה קשת בשמיים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רחל אמנו: לדאוג לאחר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רועת צאן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לאחותה 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י״א בחשוון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רחל אמנו: לדאוג לאחר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בסיפור מסופר שרחל דאגה שכל כבש ישתה מים ליד הבאר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להפך, רחל שמה לב למי שעצוב וניסתה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רחל אמנו: לדאוג לאחר – מילים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רחל אמנו: לדאוג לאחר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(רועה שדאגה לכל הצאן)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(אחותה של רחל)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(מקום שבו שתה הצאן)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(מעשה טוב כלפי מישהו 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חג הסיגד: כמיהה לירושלים – הכרות עם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חמישים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כהני הדת אצל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הקשיבו להקראה מספר התורה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געגוע לירושלים וחידוש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גם בירושלים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חג הסיגד: כמיהה לירושלים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יורדים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חג הסיגד: כמיהה לירושלים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עלו יחד על הר גבוה, הביטו לכיוון ירושלים, צמו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כמו בספר נחמיה, העם מתכנס יחד להקשיב לתורה ולחדש את המחויבות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כולם עולים יחד, מתפללים ושמחים יחד כקהילה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פתוחה - תחושות של תקווה, התרגשות והתחברות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המסע של המשפחה שלי והיישוב שלי – זוכרים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הפרויקט מבוסס על ראיון עם מבוגר/ת מהמשפחה או מהקהילה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בכרטיס שואלים מאיפה הגיע החפץ ומתי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הרעיון הגדול הוא שכל יישוב נבנה בידי אנשים רבים שחלמו ועבדו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רשימת שאלות דו-לשונית המיועדת לעולים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המסע של המשפחה שלי והיישוב שלי – מבינים את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(קרוב משפחה או מישהו מהקהילה)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(מהבנק או מוסיפים משלכם)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(מקליטים או כותבים את הריאיון)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(סיפור החפץ)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(עץ משפחה או עץ אנשים 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(בתערוכה בשיעור 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שהתלמיד/ה מציין/ת נכון את שם התחנה ואת הרעיון הגדול שלה בלשון עצמם, לא ציטוט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הבנה שטל הוא טיפות בוקר ומטר הוא גשם, וקישור נכון לעולי הרגל שרצו להגיע הביתה לפני הגשמים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שהתשובה כוללת שלב מהפרויקט (ראיון, חפץ או עץ משפחה) וערך רלוונטי כמו שייכות או הכרת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לארבעה שיעורים, פרק או שניים בכל שיעור, בהתאם לפריסה החודשית של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עם תלמידים עולים כדאי להוסיף זמן לתרגול מושגים בעברית פשוטה לפני המעבר למשימות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להציע לענות בעל פה או לצייר במקום לכתוב משפט שלם בפרקים על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פרק 6 כפרויקט סיום המחבר את כל התחנות יחד, ולהציג את התוצרים בכיתה בסוף המסע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צועדים במסע המורשת: מסע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על מסע חשוון, תחנה אחרי תחנה. בכל פרק יש שאלות קצרות. אפשר לענות לבד או עם חבר או חברה.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 חשוון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לחודש חשוון, חודש בלי חגים בלוח השנה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ותן טל ומטר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בקשה בתפילה להמשך הגשם בעונת החורף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טיפות מים קטנות שמופיעות בבוקר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גשם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הדדית, כמו סימן הקשת אחרי המבול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לך לך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ציווי לאברהם לצאת למסע אל ארץ 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יהודי אתיופיה, חמישים יום אחרי יום הכיפורים, המבטא געגוע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כוהני הדת המסורתיים בקהילת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סיפורים, מקורות ומנהגים שמבטאים זהות אישית, משפחתית ולאומית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של להיות חלק מקבוצה או 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מר חשוון: חוגגים בעצמנו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לחשוון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יש בו הרבה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החודש הקר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החודש האחרון בשנה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לחגוג בלי 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חגים גדולים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יום הולדת של חבר או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לחגוג בלי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דברים שהמורה בוחרת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מדבר הפסוק מתהלים?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על הגשם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שמחה ביום שעשה 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תפילה לגאולה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ברכת המזון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מר חשוון: חוגגים בעצמנו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לחגוג שום דבר בחודש חשוון כי אין בו 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לחגוג גם הצלחה קטנה, כמו קריאת ספר לבד בפעם הראשונה.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מר חשוון: חוגגים בעצמנו – השלמות והתאמות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חשוון הוא חודש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לומר __________ למי שעזר לנו, וזו גם סיבה לשמוח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מר חשוון: חוגגים בעצמנו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יום הולדת של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יצירתיות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קריאת ספר לבד בפעם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חגיגה עם שירה ושמחה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אמירת תודה למי שעזר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הצלחה אישית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בחירה מה לחגוג השבוע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הכרת תודה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ותן טל ומטר: בקשת הגשם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חשוון מתחילים לבקש גשם בתפילה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טל מתארת גשם חזק וסוער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נותן מים לאדמה, לעצים ולאנשים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פעם אנשים חיכו דווקא לגשם שיתחיל מוקדם מאוד, עוד לפני החג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ותן טל ומטר: בקשת הגשם – השלמות על עולי הרגל והמים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פעם אנשים הלכו ברגל ל__________ כדי לחגוג את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עולי הרגל רצו להגיע הביתה בשלום לפני תחילת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מחכים עד חודש __________ כדי להתחיל לבקש גשם בתפילה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לבדוק אם יש בזבוז מים בבית, אפשר לבדוק אם יש __________ שמטפטף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בתפילה מבקשים __________ ומטר, כשהמילה הראשונה היא טיפות קטנות והשנייה היא גשם חזק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ותן טל ומטר: בקשת הגשם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חיכו עולי הרגל לחזור הביתה דווקא לפני תחילת הגשמים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הקשר בין הכרת תודה על הגשם ובין שמירה על כל טיפת מים? כתבו 2-3 משפטים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פעולה אחת שאפשר לעשות בבית כדי לשמור על 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מה ההבדל בין טל למטר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נח ולך לך: תיבה, קשת ומסע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מאיזה חומר הייתה התיבה של נח?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ולילות ירד הגשם?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 יום וארבעים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 מי שלח נח כדי לבדוק אם המים ירדו?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אברהם ושרה עשו עם האוהל שלהם במסע?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סגרו אותו לכל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השאירו אותו פתוח לכל אורח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מכרו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החביאו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הקשת בענן מראה 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שיבוא עוד מבול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הבטחה והתחלה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שהחורף הסתיים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לברוח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נח ולך לך: תיבה, קשת ומסע – תרגול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נח שלח __________ מהתיבה, והיא חזרה עם עלה זית בפיה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אברהם ושרה יצאו ל__________ אל ארץ חדשה שה׳ הראה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הקשת בענן היא אות וסימן ל__________ בין ה׳ ובין הארץ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נח ולך לך: תיבה, קשת ומסע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אוהל פתוח לאורחים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אברהם ושרה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עם עלה זית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הקשת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בנה תיבה מעץ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סימן של הבטחה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נח ולך לך: תיבה, קשת ומסע – 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 גשם חזק ארבעים יום וארבעים 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יוצאים מהתיבה ומופיעה קשת בשמיים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שולח יונה שחוזרת עם עלה זית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 בונה תיבה גדולה מעץ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התיבה שטה על המים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רחל אמנו: לדאוג לאחר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במה עסקה רחל?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רועת צאן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נביאה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 עוד רחל דאגה?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לאחותה 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לאביה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לזרים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תאריך בחודש חשוון זוכרים את רחל אמנו?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י״א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כ״ט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ז׳ בחשוון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רחל אמנו: לדאוג לאחר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דאגה שכל כבש בעדר ישתה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רחל התעלמה ממי שהיה עצוב סביבה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רחל אמנו: לדאוג לאחר – מילים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רחל הלכה עם הצאן של אביה אל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קוראים לרחל "רחל אמנו" כי היא דאגה לכולם כמו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רחל אמנו: לדאוג לאחר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מעשה טוב כלפי מישהו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רועה שדאגה לכל הצאן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אחותה של רחל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חסד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שבו שתה הצאן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חג הסיגד: כמיהה לירושלים – הכרות עם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עוברים מיום הכיפורים עד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החזיק את ספר התורה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כהני הדת אצל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ילדי 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שומרי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זמרי החג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קרה בראש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שיחקו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הקשיבו להקראה מספר התורה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בנו בית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אכלו ארוחת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המסר המרכזי של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געגוע לירושלים וחידוש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בקשת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 בתיבה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חגיגת יום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עוד חוגגים את הסיגד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בכפרים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חג הסיגד: כמיהה לירושלים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הקסים הקריאו בראש ההר מתוך ספר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הסיגד חל בתאריך כ״ט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אחרי הצום והתפילה, החוגגים __________ מההר ושמחים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מבטא כמיהה וגעגוע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חג הסיגד: כמיהה לירושלים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עשו החוגגים כדי להביע כמיהה לירושלים?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הקשר בין חג הסיגד לחידוש ברית עם העם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שמסביר למה חג הסיגד מחזק שייכות קהילתית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ספרו איך לדעתכם מרגישים החוגגים כשהם מגיעים לראש ההר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המסע של המשפחה שלי והיישוב שלי – זוכרים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בפרויקט "המסע של המשפחה שלי" מראיינים בן משפחה או קרוב/ת 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"סיפור החפץ" כולל שאלה מאיפה הגיע החפץ ומתי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"היישוב שלי" הרעיון הגדול הוא שהיישוב נבנה בידי אדם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בבנק השאלות לראיון יש גרסה מיוחדת לעולים חדשים בעברית ובאנגלית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המסע של המשפחה שלי והיישוב שלי – מבינים את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את מי מראיינים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החפץ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בוחרים 5 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עץ משפחה או עץ אנשים 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מתאמים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בתערוכה בשיעור 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ממלאים כרטיס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מהבנק או מוסיפים משלכם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בונים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קרוב משפחה או מישהו מהקהילה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מציגים את התוצר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מקליטים או כותבים את הריאיון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לספר בקצרה על שתיים מתוך חמש תחנות המסע ועל הרעיון המרכזי של כל אחת?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להסביר מה ההבדל בין טל למטר, ולמה מתחילים לבקש גשם דווקא בחשוון?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תוכלו לתאר צעד אחד שעשיתם בפרויקט המשפחה שלכם וערך אחד שלמדתם ממנו?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צועדים במסע המורשת: מסע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